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rFonts w:ascii="Calibri" w:hAnsi="Calibri"/>
          <w:b w:val="0"/>
          <w:i w:val="0"/>
          <w:sz w:val="22"/>
        </w:rPr>
        <w:t>СметаПросто</w:t>
      </w:r>
    </w:p>
    <w:p>
      <w:pPr>
        <w:spacing w:after="200"/>
      </w:pPr>
      <w:r>
        <w:rPr>
          <w:rFonts w:ascii="Calibri" w:hAnsi="Calibri"/>
          <w:b w:val="0"/>
          <w:i w:val="0"/>
          <w:color w:val="6B6B6B"/>
          <w:sz w:val="18"/>
        </w:rPr>
        <w:t>smetaprosto.ru</w:t>
      </w:r>
    </w:p>
    <w:p>
      <w:pPr>
        <w:spacing w:after="40"/>
      </w:pPr>
      <w:r>
        <w:rPr>
          <w:rFonts w:ascii="Calibri" w:hAnsi="Calibri"/>
          <w:b/>
          <w:i w:val="0"/>
          <w:sz w:val="26"/>
        </w:rPr>
        <w:t>АКТ ВЫПОЛНЕННЫХ РАБОТ</w:t>
      </w:r>
    </w:p>
    <w:p>
      <w:pPr>
        <w:spacing w:after="200"/>
      </w:pPr>
      <w:r>
        <w:rPr>
          <w:rFonts w:ascii="Calibri" w:hAnsi="Calibri"/>
          <w:b w:val="0"/>
          <w:i w:val="0"/>
          <w:color w:val="6B6B6B"/>
          <w:sz w:val="18"/>
        </w:rPr>
        <w:t>№ ____ от «____» _______ 20__ г.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3685"/>
          </w:tcPr>
          <w:p>
            <w:pPr>
              <w:spacing w:after="40"/>
            </w:pPr>
            <w:r>
              <w:rPr>
                <w:rFonts w:ascii="Consolas" w:hAnsi="Consolas"/>
                <w:b/>
                <w:color w:val="6B6B6B"/>
                <w:sz w:val="16"/>
              </w:rPr>
              <w:t>ПО ДОГОВОРУ</w:t>
            </w:r>
          </w:p>
        </w:tc>
        <w:tc>
          <w:tcPr>
            <w:tcW w:type="dxa" w:w="6520"/>
          </w:tcPr>
          <w:p>
            <w:pPr>
              <w:spacing w:after="40"/>
            </w:pPr>
            <w:r>
              <w:rPr>
                <w:rFonts w:ascii="Calibri" w:hAnsi="Calibri"/>
                <w:sz w:val="20"/>
              </w:rPr>
              <w:t>к договору № ____ от __________</w:t>
            </w:r>
          </w:p>
        </w:tc>
      </w:tr>
      <w:tr>
        <w:tc>
          <w:tcPr>
            <w:tcW w:type="dxa" w:w="3685"/>
          </w:tcPr>
          <w:p>
            <w:pPr>
              <w:spacing w:after="40"/>
            </w:pPr>
            <w:r>
              <w:rPr>
                <w:rFonts w:ascii="Consolas" w:hAnsi="Consolas"/>
                <w:b/>
                <w:color w:val="6B6B6B"/>
                <w:sz w:val="16"/>
              </w:rPr>
              <w:t>ИСПОЛНИТЕЛЬ</w:t>
            </w:r>
          </w:p>
        </w:tc>
        <w:tc>
          <w:tcPr>
            <w:tcW w:type="dxa" w:w="6520"/>
          </w:tcPr>
          <w:p>
            <w:pPr>
              <w:spacing w:after="40"/>
            </w:pPr>
            <w:r>
              <w:rPr>
                <w:rFonts w:ascii="Calibri" w:hAnsi="Calibri"/>
                <w:sz w:val="20"/>
              </w:rPr>
              <w:t>ФИО и статус: ИП, самозанятый или физическое лицо</w:t>
            </w:r>
          </w:p>
        </w:tc>
      </w:tr>
      <w:tr>
        <w:tc>
          <w:tcPr>
            <w:tcW w:type="dxa" w:w="3685"/>
          </w:tcPr>
          <w:p>
            <w:pPr>
              <w:spacing w:after="40"/>
            </w:pPr>
            <w:r>
              <w:rPr>
                <w:rFonts w:ascii="Consolas" w:hAnsi="Consolas"/>
                <w:b/>
                <w:color w:val="6B6B6B"/>
                <w:sz w:val="16"/>
              </w:rPr>
              <w:t>ЗАКАЗЧИК</w:t>
            </w:r>
          </w:p>
        </w:tc>
        <w:tc>
          <w:tcPr>
            <w:tcW w:type="dxa" w:w="6520"/>
          </w:tcPr>
          <w:p>
            <w:pPr>
              <w:spacing w:after="40"/>
            </w:pPr>
            <w:r>
              <w:rPr>
                <w:rFonts w:ascii="Calibri" w:hAnsi="Calibri"/>
                <w:sz w:val="20"/>
              </w:rPr>
              <w:t>_________________________</w:t>
            </w:r>
          </w:p>
        </w:tc>
      </w:tr>
      <w:tr>
        <w:tc>
          <w:tcPr>
            <w:tcW w:type="dxa" w:w="3685"/>
          </w:tcPr>
          <w:p>
            <w:pPr>
              <w:spacing w:after="40"/>
            </w:pPr>
            <w:r>
              <w:rPr>
                <w:rFonts w:ascii="Consolas" w:hAnsi="Consolas"/>
                <w:b/>
                <w:color w:val="6B6B6B"/>
                <w:sz w:val="16"/>
              </w:rPr>
              <w:t>ОБЪЕКТ</w:t>
            </w:r>
          </w:p>
        </w:tc>
        <w:tc>
          <w:tcPr>
            <w:tcW w:type="dxa" w:w="6520"/>
          </w:tcPr>
          <w:p>
            <w:pPr>
              <w:spacing w:after="40"/>
            </w:pPr>
            <w:r>
              <w:rPr>
                <w:rFonts w:ascii="Calibri" w:hAnsi="Calibri"/>
                <w:sz w:val="20"/>
              </w:rPr>
              <w:t>_________________________</w:t>
            </w:r>
          </w:p>
        </w:tc>
      </w:tr>
    </w:tbl>
    <w:p>
      <w:pPr>
        <w:spacing w:after="120"/>
      </w:pPr>
      <w:r>
        <w:rPr>
          <w:rFonts w:ascii="Calibri" w:hAnsi="Calibri"/>
          <w:b w:val="0"/>
          <w:i w:val="0"/>
          <w:sz w:val="20"/>
        </w:rPr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57"/>
        <w:gridCol w:w="1757"/>
        <w:gridCol w:w="1757"/>
        <w:gridCol w:w="1757"/>
        <w:gridCol w:w="1757"/>
        <w:gridCol w:w="1757"/>
      </w:tblGrid>
      <w:tr>
        <w:tc>
          <w:tcPr>
            <w:tcW w:type="dxa" w:w="567"/>
          </w:tcPr>
          <w:p>
            <w:pPr>
              <w:spacing w:after="40"/>
            </w:pPr>
            <w:r/>
            <w:r>
              <w:rPr>
                <w:rFonts w:ascii="Consolas" w:hAnsi="Consolas"/>
                <w:b/>
                <w:color w:val="6B6B6B"/>
                <w:sz w:val="16"/>
              </w:rPr>
              <w:t>№</w:t>
            </w:r>
          </w:p>
        </w:tc>
        <w:tc>
          <w:tcPr>
            <w:tcW w:type="dxa" w:w="4195"/>
          </w:tcPr>
          <w:p>
            <w:pPr>
              <w:spacing w:after="40"/>
            </w:pPr>
            <w:r/>
            <w:r>
              <w:rPr>
                <w:rFonts w:ascii="Consolas" w:hAnsi="Consolas"/>
                <w:b/>
                <w:color w:val="6B6B6B"/>
                <w:sz w:val="16"/>
              </w:rPr>
              <w:t>НАИМЕНОВАНИЕ РАБОТЫ</w:t>
            </w:r>
          </w:p>
        </w:tc>
        <w:tc>
          <w:tcPr>
            <w:tcW w:type="dxa" w:w="794"/>
          </w:tcPr>
          <w:p>
            <w:pPr>
              <w:spacing w:after="40"/>
            </w:pPr>
            <w:r/>
            <w:r>
              <w:rPr>
                <w:rFonts w:ascii="Consolas" w:hAnsi="Consolas"/>
                <w:b/>
                <w:color w:val="6B6B6B"/>
                <w:sz w:val="16"/>
              </w:rPr>
              <w:t>ЕД.</w:t>
            </w:r>
          </w:p>
        </w:tc>
        <w:tc>
          <w:tcPr>
            <w:tcW w:type="dxa" w:w="1020"/>
          </w:tcPr>
          <w:p>
            <w:pPr>
              <w:spacing w:after="40"/>
            </w:pPr>
            <w:r/>
            <w:r>
              <w:rPr>
                <w:rFonts w:ascii="Consolas" w:hAnsi="Consolas"/>
                <w:b/>
                <w:color w:val="6B6B6B"/>
                <w:sz w:val="16"/>
              </w:rPr>
              <w:t>КОЛ-ВО</w:t>
            </w:r>
          </w:p>
        </w:tc>
        <w:tc>
          <w:tcPr>
            <w:tcW w:type="dxa" w:w="1587"/>
          </w:tcPr>
          <w:p>
            <w:pPr>
              <w:spacing w:after="40"/>
            </w:pPr>
            <w:r/>
            <w:r>
              <w:rPr>
                <w:rFonts w:ascii="Consolas" w:hAnsi="Consolas"/>
                <w:b/>
                <w:color w:val="6B6B6B"/>
                <w:sz w:val="16"/>
              </w:rPr>
              <w:t>ЦЕНА ЗА ЕД., ₽</w:t>
            </w:r>
          </w:p>
        </w:tc>
        <w:tc>
          <w:tcPr>
            <w:tcW w:type="dxa" w:w="1701"/>
          </w:tcPr>
          <w:p>
            <w:pPr>
              <w:spacing w:after="40"/>
            </w:pPr>
            <w:r/>
            <w:r>
              <w:rPr>
                <w:rFonts w:ascii="Consolas" w:hAnsi="Consolas"/>
                <w:b/>
                <w:color w:val="6B6B6B"/>
                <w:sz w:val="16"/>
              </w:rPr>
              <w:t>СУММА, ₽</w:t>
            </w:r>
          </w:p>
        </w:tc>
      </w:tr>
      <w:tr>
        <w:tc>
          <w:tcPr>
            <w:tcW w:type="dxa" w:w="567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4195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794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1020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1587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1701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</w:tr>
      <w:tr>
        <w:tc>
          <w:tcPr>
            <w:tcW w:type="dxa" w:w="567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4195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794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1020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1587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1701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</w:tr>
      <w:tr>
        <w:tc>
          <w:tcPr>
            <w:tcW w:type="dxa" w:w="567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4195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794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1020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1587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1701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</w:tr>
      <w:tr>
        <w:tc>
          <w:tcPr>
            <w:tcW w:type="dxa" w:w="567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4195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794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1020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1587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1701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</w:tr>
      <w:tr>
        <w:tc>
          <w:tcPr>
            <w:tcW w:type="dxa" w:w="567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4195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794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1020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1587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1701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</w:tr>
      <w:tr>
        <w:tc>
          <w:tcPr>
            <w:tcW w:type="dxa" w:w="567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4195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794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1020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1587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1701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</w:tr>
      <w:tr>
        <w:tc>
          <w:tcPr>
            <w:tcW w:type="dxa" w:w="567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4195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794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1020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1587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1701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</w:tr>
      <w:tr>
        <w:tc>
          <w:tcPr>
            <w:tcW w:type="dxa" w:w="567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4195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794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1020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1587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1701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</w:tr>
      <w:tr>
        <w:tc>
          <w:tcPr>
            <w:tcW w:type="dxa" w:w="567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4195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794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1020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1587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1701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</w:tr>
      <w:tr>
        <w:tc>
          <w:tcPr>
            <w:tcW w:type="dxa" w:w="567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4195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794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1020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1587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1701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</w:tr>
      <w:tr>
        <w:tc>
          <w:tcPr>
            <w:tcW w:type="dxa" w:w="567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4195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794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1020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1587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  <w:t>Итого</w:t>
            </w:r>
          </w:p>
        </w:tc>
        <w:tc>
          <w:tcPr>
            <w:tcW w:type="dxa" w:w="1701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</w:tr>
    </w:tbl>
    <w:p>
      <w:pPr>
        <w:spacing w:after="80"/>
      </w:pPr>
      <w:r>
        <w:rPr>
          <w:rFonts w:ascii="Calibri" w:hAnsi="Calibri"/>
          <w:b w:val="0"/>
          <w:i w:val="0"/>
          <w:sz w:val="20"/>
        </w:rPr>
      </w:r>
    </w:p>
    <w:p>
      <w:pPr>
        <w:spacing w:after="80"/>
      </w:pPr>
      <w:r>
        <w:rPr>
          <w:rFonts w:ascii="Calibri" w:hAnsi="Calibri"/>
          <w:b w:val="0"/>
          <w:i w:val="0"/>
          <w:sz w:val="20"/>
        </w:rPr>
        <w:t>Сумма прописью: ______________________________________________</w:t>
      </w:r>
    </w:p>
    <w:p>
      <w:pPr>
        <w:spacing w:after="160"/>
      </w:pPr>
      <w:r>
        <w:rPr>
          <w:rFonts w:ascii="Calibri" w:hAnsi="Calibri"/>
          <w:b w:val="0"/>
          <w:i/>
          <w:color w:val="6B6B6B"/>
          <w:sz w:val="16"/>
        </w:rPr>
        <w:t>Объёмы указываются фактические.</w:t>
      </w:r>
    </w:p>
    <w:p>
      <w:pPr>
        <w:spacing w:after="240"/>
      </w:pPr>
      <w:r>
        <w:rPr>
          <w:rFonts w:ascii="Calibri" w:hAnsi="Calibri"/>
          <w:b w:val="0"/>
          <w:i w:val="0"/>
          <w:sz w:val="20"/>
        </w:rPr>
        <w:t>Работы выполнены полностью и в срок. Заказчик работы принял, претензий по объёму, качеству и срокам не имеет.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3685"/>
          </w:tcPr>
          <w:p>
            <w:pPr>
              <w:spacing w:after="40"/>
            </w:pPr>
            <w:r>
              <w:rPr>
                <w:rFonts w:ascii="Consolas" w:hAnsi="Consolas"/>
                <w:b/>
                <w:color w:val="6B6B6B"/>
                <w:sz w:val="16"/>
              </w:rPr>
              <w:t>ИСПОЛНИТЕЛЬ (ПОДПИСЬ, РАСШИФРОВКА)</w:t>
            </w:r>
          </w:p>
        </w:tc>
        <w:tc>
          <w:tcPr>
            <w:tcW w:type="dxa" w:w="6520"/>
          </w:tcPr>
          <w:p>
            <w:pPr>
              <w:spacing w:after="40"/>
            </w:pPr>
            <w:r>
              <w:rPr>
                <w:rFonts w:ascii="Calibri" w:hAnsi="Calibri"/>
                <w:sz w:val="20"/>
              </w:rPr>
              <w:t>__________ / ________________</w:t>
            </w:r>
          </w:p>
        </w:tc>
      </w:tr>
      <w:tr>
        <w:tc>
          <w:tcPr>
            <w:tcW w:type="dxa" w:w="3685"/>
          </w:tcPr>
          <w:p>
            <w:pPr>
              <w:spacing w:after="40"/>
            </w:pPr>
            <w:r>
              <w:rPr>
                <w:rFonts w:ascii="Consolas" w:hAnsi="Consolas"/>
                <w:b/>
                <w:color w:val="6B6B6B"/>
                <w:sz w:val="16"/>
              </w:rPr>
              <w:t>ЗАКАЗЧИК (ПОДПИСЬ, РАСШИФРОВКА)</w:t>
            </w:r>
          </w:p>
        </w:tc>
        <w:tc>
          <w:tcPr>
            <w:tcW w:type="dxa" w:w="6520"/>
          </w:tcPr>
          <w:p>
            <w:pPr>
              <w:spacing w:after="40"/>
            </w:pPr>
            <w:r>
              <w:rPr>
                <w:rFonts w:ascii="Calibri" w:hAnsi="Calibri"/>
                <w:sz w:val="20"/>
              </w:rPr>
              <w:t>__________ / ________________</w:t>
            </w:r>
          </w:p>
        </w:tc>
      </w:tr>
      <w:tr>
        <w:tc>
          <w:tcPr>
            <w:tcW w:type="dxa" w:w="3685"/>
          </w:tcPr>
          <w:p>
            <w:pPr>
              <w:spacing w:after="40"/>
            </w:pPr>
            <w:r>
              <w:rPr>
                <w:rFonts w:ascii="Consolas" w:hAnsi="Consolas"/>
                <w:b/>
                <w:color w:val="6B6B6B"/>
                <w:sz w:val="16"/>
              </w:rPr>
              <w:t>ДАТА ПОДПИСАНИЯ</w:t>
            </w:r>
          </w:p>
        </w:tc>
        <w:tc>
          <w:tcPr>
            <w:tcW w:type="dxa" w:w="6520"/>
          </w:tcPr>
          <w:p>
            <w:pPr>
              <w:spacing w:after="40"/>
            </w:pPr>
            <w:r>
              <w:rPr>
                <w:rFonts w:ascii="Calibri" w:hAnsi="Calibri"/>
                <w:sz w:val="20"/>
              </w:rPr>
              <w:t>«____» __________ 20__ г.</w:t>
            </w:r>
          </w:p>
        </w:tc>
      </w:tr>
    </w:tbl>
    <w:p>
      <w:pPr>
        <w:spacing w:after="120"/>
      </w:pPr>
      <w:r>
        <w:rPr>
          <w:rFonts w:ascii="Calibri" w:hAnsi="Calibri"/>
          <w:b w:val="0"/>
          <w:i w:val="0"/>
          <w:sz w:val="20"/>
        </w:rPr>
      </w:r>
    </w:p>
    <w:p>
      <w:pPr>
        <w:spacing w:after="80"/>
      </w:pPr>
      <w:r>
        <w:rPr>
          <w:rFonts w:ascii="Calibri" w:hAnsi="Calibri"/>
          <w:b w:val="0"/>
          <w:i w:val="0"/>
          <w:color w:val="6B6B6B"/>
          <w:sz w:val="18"/>
        </w:rPr>
        <w:t>Составлено в СметаПросто · smetaprosto.ru</w:t>
      </w:r>
    </w:p>
    <w:p>
      <w:r>
        <w:br w:type="page"/>
      </w:r>
    </w:p>
    <w:p>
      <w:pPr>
        <w:spacing w:after="0"/>
      </w:pPr>
      <w:r>
        <w:rPr>
          <w:rFonts w:ascii="Calibri" w:hAnsi="Calibri"/>
          <w:b w:val="0"/>
          <w:i w:val="0"/>
          <w:sz w:val="22"/>
        </w:rPr>
        <w:t>СметаПросто</w:t>
      </w:r>
    </w:p>
    <w:p>
      <w:pPr>
        <w:spacing w:after="200"/>
      </w:pPr>
      <w:r>
        <w:rPr>
          <w:rFonts w:ascii="Calibri" w:hAnsi="Calibri"/>
          <w:b w:val="0"/>
          <w:i w:val="0"/>
          <w:color w:val="6B6B6B"/>
          <w:sz w:val="18"/>
        </w:rPr>
        <w:t>smetaprosto.ru</w:t>
      </w:r>
    </w:p>
    <w:p>
      <w:pPr>
        <w:spacing w:after="40"/>
      </w:pPr>
      <w:r>
        <w:rPr>
          <w:rFonts w:ascii="Calibri" w:hAnsi="Calibri"/>
          <w:b/>
          <w:i w:val="0"/>
          <w:sz w:val="26"/>
        </w:rPr>
        <w:t>АКТ ВЫПОЛНЕННЫХ РАБОТ</w:t>
      </w:r>
    </w:p>
    <w:p>
      <w:pPr>
        <w:spacing w:after="200"/>
      </w:pPr>
      <w:r>
        <w:rPr>
          <w:rFonts w:ascii="Calibri" w:hAnsi="Calibri"/>
          <w:b w:val="0"/>
          <w:i w:val="0"/>
          <w:color w:val="6B6B6B"/>
          <w:sz w:val="18"/>
        </w:rPr>
        <w:t>№ 4 от 22.08.2026 · пример заполнения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3685"/>
          </w:tcPr>
          <w:p>
            <w:pPr>
              <w:spacing w:after="40"/>
            </w:pPr>
            <w:r>
              <w:rPr>
                <w:rFonts w:ascii="Consolas" w:hAnsi="Consolas"/>
                <w:b/>
                <w:color w:val="6B6B6B"/>
                <w:sz w:val="16"/>
              </w:rPr>
              <w:t>ПО ДОГОВОРУ</w:t>
            </w:r>
          </w:p>
        </w:tc>
        <w:tc>
          <w:tcPr>
            <w:tcW w:type="dxa" w:w="6520"/>
          </w:tcPr>
          <w:p>
            <w:pPr>
              <w:spacing w:after="40"/>
            </w:pPr>
            <w:r>
              <w:rPr>
                <w:rFonts w:ascii="Calibri" w:hAnsi="Calibri"/>
                <w:sz w:val="20"/>
              </w:rPr>
              <w:t>к договору № 2 от 01.08.2026</w:t>
            </w:r>
          </w:p>
        </w:tc>
      </w:tr>
      <w:tr>
        <w:tc>
          <w:tcPr>
            <w:tcW w:type="dxa" w:w="3685"/>
          </w:tcPr>
          <w:p>
            <w:pPr>
              <w:spacing w:after="40"/>
            </w:pPr>
            <w:r>
              <w:rPr>
                <w:rFonts w:ascii="Consolas" w:hAnsi="Consolas"/>
                <w:b/>
                <w:color w:val="6B6B6B"/>
                <w:sz w:val="16"/>
              </w:rPr>
              <w:t>ИСПОЛНИТЕЛЬ</w:t>
            </w:r>
          </w:p>
        </w:tc>
        <w:tc>
          <w:tcPr>
            <w:tcW w:type="dxa" w:w="6520"/>
          </w:tcPr>
          <w:p>
            <w:pPr>
              <w:spacing w:after="40"/>
            </w:pPr>
            <w:r>
              <w:rPr>
                <w:rFonts w:ascii="Calibri" w:hAnsi="Calibri"/>
                <w:sz w:val="20"/>
              </w:rPr>
              <w:t>Андрей М., плательщик налога на профессиональный доход</w:t>
            </w:r>
          </w:p>
        </w:tc>
      </w:tr>
      <w:tr>
        <w:tc>
          <w:tcPr>
            <w:tcW w:type="dxa" w:w="3685"/>
          </w:tcPr>
          <w:p>
            <w:pPr>
              <w:spacing w:after="40"/>
            </w:pPr>
            <w:r>
              <w:rPr>
                <w:rFonts w:ascii="Consolas" w:hAnsi="Consolas"/>
                <w:b/>
                <w:color w:val="6B6B6B"/>
                <w:sz w:val="16"/>
              </w:rPr>
              <w:t>ЗАКАЗЧИК</w:t>
            </w:r>
          </w:p>
        </w:tc>
        <w:tc>
          <w:tcPr>
            <w:tcW w:type="dxa" w:w="6520"/>
          </w:tcPr>
          <w:p>
            <w:pPr>
              <w:spacing w:after="40"/>
            </w:pPr>
            <w:r>
              <w:rPr>
                <w:rFonts w:ascii="Calibri" w:hAnsi="Calibri"/>
                <w:sz w:val="20"/>
              </w:rPr>
              <w:t>Марина В.</w:t>
            </w:r>
          </w:p>
        </w:tc>
      </w:tr>
      <w:tr>
        <w:tc>
          <w:tcPr>
            <w:tcW w:type="dxa" w:w="3685"/>
          </w:tcPr>
          <w:p>
            <w:pPr>
              <w:spacing w:after="40"/>
            </w:pPr>
            <w:r>
              <w:rPr>
                <w:rFonts w:ascii="Consolas" w:hAnsi="Consolas"/>
                <w:b/>
                <w:color w:val="6B6B6B"/>
                <w:sz w:val="16"/>
              </w:rPr>
              <w:t>ОБЪЕКТ</w:t>
            </w:r>
          </w:p>
        </w:tc>
        <w:tc>
          <w:tcPr>
            <w:tcW w:type="dxa" w:w="6520"/>
          </w:tcPr>
          <w:p>
            <w:pPr>
              <w:spacing w:after="40"/>
            </w:pPr>
            <w:r>
              <w:rPr>
                <w:rFonts w:ascii="Calibri" w:hAnsi="Calibri"/>
                <w:sz w:val="20"/>
              </w:rPr>
              <w:t>ул. Полевая, 9, кв. 41</w:t>
            </w:r>
          </w:p>
        </w:tc>
      </w:tr>
    </w:tbl>
    <w:p>
      <w:pPr>
        <w:spacing w:after="120"/>
      </w:pPr>
      <w:r>
        <w:rPr>
          <w:rFonts w:ascii="Calibri" w:hAnsi="Calibri"/>
          <w:b w:val="0"/>
          <w:i w:val="0"/>
          <w:sz w:val="20"/>
        </w:rPr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57"/>
        <w:gridCol w:w="1757"/>
        <w:gridCol w:w="1757"/>
        <w:gridCol w:w="1757"/>
        <w:gridCol w:w="1757"/>
        <w:gridCol w:w="1757"/>
      </w:tblGrid>
      <w:tr>
        <w:tc>
          <w:tcPr>
            <w:tcW w:type="dxa" w:w="567"/>
          </w:tcPr>
          <w:p>
            <w:pPr>
              <w:spacing w:after="40"/>
            </w:pPr>
            <w:r/>
            <w:r>
              <w:rPr>
                <w:rFonts w:ascii="Consolas" w:hAnsi="Consolas"/>
                <w:b/>
                <w:color w:val="6B6B6B"/>
                <w:sz w:val="16"/>
              </w:rPr>
              <w:t>№</w:t>
            </w:r>
          </w:p>
        </w:tc>
        <w:tc>
          <w:tcPr>
            <w:tcW w:type="dxa" w:w="4195"/>
          </w:tcPr>
          <w:p>
            <w:pPr>
              <w:spacing w:after="40"/>
            </w:pPr>
            <w:r/>
            <w:r>
              <w:rPr>
                <w:rFonts w:ascii="Consolas" w:hAnsi="Consolas"/>
                <w:b/>
                <w:color w:val="6B6B6B"/>
                <w:sz w:val="16"/>
              </w:rPr>
              <w:t>НАИМЕНОВАНИЕ РАБОТЫ</w:t>
            </w:r>
          </w:p>
        </w:tc>
        <w:tc>
          <w:tcPr>
            <w:tcW w:type="dxa" w:w="794"/>
          </w:tcPr>
          <w:p>
            <w:pPr>
              <w:spacing w:after="40"/>
            </w:pPr>
            <w:r/>
            <w:r>
              <w:rPr>
                <w:rFonts w:ascii="Consolas" w:hAnsi="Consolas"/>
                <w:b/>
                <w:color w:val="6B6B6B"/>
                <w:sz w:val="16"/>
              </w:rPr>
              <w:t>ЕД.</w:t>
            </w:r>
          </w:p>
        </w:tc>
        <w:tc>
          <w:tcPr>
            <w:tcW w:type="dxa" w:w="1020"/>
          </w:tcPr>
          <w:p>
            <w:pPr>
              <w:spacing w:after="40"/>
            </w:pPr>
            <w:r/>
            <w:r>
              <w:rPr>
                <w:rFonts w:ascii="Consolas" w:hAnsi="Consolas"/>
                <w:b/>
                <w:color w:val="6B6B6B"/>
                <w:sz w:val="16"/>
              </w:rPr>
              <w:t>КОЛ-ВО</w:t>
            </w:r>
          </w:p>
        </w:tc>
        <w:tc>
          <w:tcPr>
            <w:tcW w:type="dxa" w:w="1587"/>
          </w:tcPr>
          <w:p>
            <w:pPr>
              <w:spacing w:after="40"/>
            </w:pPr>
            <w:r/>
            <w:r>
              <w:rPr>
                <w:rFonts w:ascii="Consolas" w:hAnsi="Consolas"/>
                <w:b/>
                <w:color w:val="6B6B6B"/>
                <w:sz w:val="16"/>
              </w:rPr>
              <w:t>ЦЕНА ЗА ЕД., ₽</w:t>
            </w:r>
          </w:p>
        </w:tc>
        <w:tc>
          <w:tcPr>
            <w:tcW w:type="dxa" w:w="1701"/>
          </w:tcPr>
          <w:p>
            <w:pPr>
              <w:spacing w:after="40"/>
            </w:pPr>
            <w:r/>
            <w:r>
              <w:rPr>
                <w:rFonts w:ascii="Consolas" w:hAnsi="Consolas"/>
                <w:b/>
                <w:color w:val="6B6B6B"/>
                <w:sz w:val="16"/>
              </w:rPr>
              <w:t>СУММА, ₽</w:t>
            </w:r>
          </w:p>
        </w:tc>
      </w:tr>
      <w:tr>
        <w:tc>
          <w:tcPr>
            <w:tcW w:type="dxa" w:w="567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type="dxa" w:w="4195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  <w:t>Штукатурка стен по маякам</w:t>
            </w:r>
          </w:p>
        </w:tc>
        <w:tc>
          <w:tcPr>
            <w:tcW w:type="dxa" w:w="794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  <w:t>м²</w:t>
            </w:r>
          </w:p>
        </w:tc>
        <w:tc>
          <w:tcPr>
            <w:tcW w:type="dxa" w:w="1020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  <w:t>46,2</w:t>
            </w:r>
          </w:p>
        </w:tc>
        <w:tc>
          <w:tcPr>
            <w:tcW w:type="dxa" w:w="1587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  <w:t>620</w:t>
            </w:r>
          </w:p>
        </w:tc>
        <w:tc>
          <w:tcPr>
            <w:tcW w:type="dxa" w:w="1701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  <w:t>28 644</w:t>
            </w:r>
          </w:p>
        </w:tc>
      </w:tr>
      <w:tr>
        <w:tc>
          <w:tcPr>
            <w:tcW w:type="dxa" w:w="567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  <w:t>2</w:t>
            </w:r>
          </w:p>
        </w:tc>
        <w:tc>
          <w:tcPr>
            <w:tcW w:type="dxa" w:w="4195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  <w:t>Устройство стяжки</w:t>
            </w:r>
          </w:p>
        </w:tc>
        <w:tc>
          <w:tcPr>
            <w:tcW w:type="dxa" w:w="794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  <w:t>м²</w:t>
            </w:r>
          </w:p>
        </w:tc>
        <w:tc>
          <w:tcPr>
            <w:tcW w:type="dxa" w:w="1020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  <w:t>21,8</w:t>
            </w:r>
          </w:p>
        </w:tc>
        <w:tc>
          <w:tcPr>
            <w:tcW w:type="dxa" w:w="1587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  <w:t>750</w:t>
            </w:r>
          </w:p>
        </w:tc>
        <w:tc>
          <w:tcPr>
            <w:tcW w:type="dxa" w:w="1701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  <w:t>16 350</w:t>
            </w:r>
          </w:p>
        </w:tc>
      </w:tr>
      <w:tr>
        <w:tc>
          <w:tcPr>
            <w:tcW w:type="dxa" w:w="567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  <w:t>3</w:t>
            </w:r>
          </w:p>
        </w:tc>
        <w:tc>
          <w:tcPr>
            <w:tcW w:type="dxa" w:w="4195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  <w:t>Гидроизоляция санузла</w:t>
            </w:r>
          </w:p>
        </w:tc>
        <w:tc>
          <w:tcPr>
            <w:tcW w:type="dxa" w:w="794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  <w:t>м²</w:t>
            </w:r>
          </w:p>
        </w:tc>
        <w:tc>
          <w:tcPr>
            <w:tcW w:type="dxa" w:w="1020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  <w:t>9,4</w:t>
            </w:r>
          </w:p>
        </w:tc>
        <w:tc>
          <w:tcPr>
            <w:tcW w:type="dxa" w:w="1587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  <w:t>900</w:t>
            </w:r>
          </w:p>
        </w:tc>
        <w:tc>
          <w:tcPr>
            <w:tcW w:type="dxa" w:w="1701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  <w:t>8 460</w:t>
            </w:r>
          </w:p>
        </w:tc>
      </w:tr>
      <w:tr>
        <w:tc>
          <w:tcPr>
            <w:tcW w:type="dxa" w:w="567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4195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794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1020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1587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  <w:t>Итого</w:t>
            </w:r>
          </w:p>
        </w:tc>
        <w:tc>
          <w:tcPr>
            <w:tcW w:type="dxa" w:w="1701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  <w:t>53 454</w:t>
            </w:r>
          </w:p>
        </w:tc>
      </w:tr>
    </w:tbl>
    <w:p>
      <w:pPr>
        <w:spacing w:after="80"/>
      </w:pPr>
      <w:r>
        <w:rPr>
          <w:rFonts w:ascii="Calibri" w:hAnsi="Calibri"/>
          <w:b w:val="0"/>
          <w:i w:val="0"/>
          <w:sz w:val="20"/>
        </w:rPr>
      </w:r>
    </w:p>
    <w:p>
      <w:pPr>
        <w:spacing w:after="80"/>
      </w:pPr>
      <w:r>
        <w:rPr>
          <w:rFonts w:ascii="Calibri" w:hAnsi="Calibri"/>
          <w:b w:val="0"/>
          <w:i w:val="0"/>
          <w:sz w:val="20"/>
        </w:rPr>
        <w:t>Сумма прописью: ______________________________________________</w:t>
      </w:r>
    </w:p>
    <w:p>
      <w:pPr>
        <w:spacing w:after="240"/>
      </w:pPr>
      <w:r>
        <w:rPr>
          <w:rFonts w:ascii="Calibri" w:hAnsi="Calibri"/>
          <w:b w:val="0"/>
          <w:i w:val="0"/>
          <w:sz w:val="20"/>
        </w:rPr>
        <w:t>Работы выполнены полностью и в срок. Заказчик работы принял, претензий по объёму, качеству и срокам не имеет.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3685"/>
          </w:tcPr>
          <w:p>
            <w:pPr>
              <w:spacing w:after="40"/>
            </w:pPr>
            <w:r>
              <w:rPr>
                <w:rFonts w:ascii="Consolas" w:hAnsi="Consolas"/>
                <w:b/>
                <w:color w:val="6B6B6B"/>
                <w:sz w:val="16"/>
              </w:rPr>
              <w:t>ИСПОЛНИТЕЛЬ (ПОДПИСЬ, РАСШИФРОВКА)</w:t>
            </w:r>
          </w:p>
        </w:tc>
        <w:tc>
          <w:tcPr>
            <w:tcW w:type="dxa" w:w="6520"/>
          </w:tcPr>
          <w:p>
            <w:pPr>
              <w:spacing w:after="40"/>
            </w:pPr>
            <w:r>
              <w:rPr>
                <w:rFonts w:ascii="Calibri" w:hAnsi="Calibri"/>
                <w:sz w:val="20"/>
              </w:rPr>
              <w:t>Андрей М.</w:t>
            </w:r>
          </w:p>
        </w:tc>
      </w:tr>
      <w:tr>
        <w:tc>
          <w:tcPr>
            <w:tcW w:type="dxa" w:w="3685"/>
          </w:tcPr>
          <w:p>
            <w:pPr>
              <w:spacing w:after="40"/>
            </w:pPr>
            <w:r>
              <w:rPr>
                <w:rFonts w:ascii="Consolas" w:hAnsi="Consolas"/>
                <w:b/>
                <w:color w:val="6B6B6B"/>
                <w:sz w:val="16"/>
              </w:rPr>
              <w:t>ЗАКАЗЧИК (ПОДПИСЬ, РАСШИФРОВКА)</w:t>
            </w:r>
          </w:p>
        </w:tc>
        <w:tc>
          <w:tcPr>
            <w:tcW w:type="dxa" w:w="6520"/>
          </w:tcPr>
          <w:p>
            <w:pPr>
              <w:spacing w:after="40"/>
            </w:pPr>
            <w:r>
              <w:rPr>
                <w:rFonts w:ascii="Calibri" w:hAnsi="Calibri"/>
                <w:sz w:val="20"/>
              </w:rPr>
              <w:t>Марина В.</w:t>
            </w:r>
          </w:p>
        </w:tc>
      </w:tr>
      <w:tr>
        <w:tc>
          <w:tcPr>
            <w:tcW w:type="dxa" w:w="3685"/>
          </w:tcPr>
          <w:p>
            <w:pPr>
              <w:spacing w:after="40"/>
            </w:pPr>
            <w:r>
              <w:rPr>
                <w:rFonts w:ascii="Consolas" w:hAnsi="Consolas"/>
                <w:b/>
                <w:color w:val="6B6B6B"/>
                <w:sz w:val="16"/>
              </w:rPr>
              <w:t>ДАТА ПОДПИСАНИЯ</w:t>
            </w:r>
          </w:p>
        </w:tc>
        <w:tc>
          <w:tcPr>
            <w:tcW w:type="dxa" w:w="6520"/>
          </w:tcPr>
          <w:p>
            <w:pPr>
              <w:spacing w:after="40"/>
            </w:pPr>
            <w:r>
              <w:rPr>
                <w:rFonts w:ascii="Calibri" w:hAnsi="Calibri"/>
                <w:sz w:val="20"/>
              </w:rPr>
              <w:t>22.08.2026</w:t>
            </w:r>
          </w:p>
        </w:tc>
      </w:tr>
    </w:tbl>
    <w:p>
      <w:pPr>
        <w:spacing w:after="120"/>
      </w:pPr>
      <w:r>
        <w:rPr>
          <w:rFonts w:ascii="Calibri" w:hAnsi="Calibri"/>
          <w:b w:val="0"/>
          <w:i w:val="0"/>
          <w:sz w:val="20"/>
        </w:rPr>
      </w:r>
    </w:p>
    <w:p>
      <w:pPr>
        <w:spacing w:after="80"/>
      </w:pPr>
      <w:r>
        <w:rPr>
          <w:rFonts w:ascii="Calibri" w:hAnsi="Calibri"/>
          <w:b w:val="0"/>
          <w:i w:val="0"/>
          <w:color w:val="6B6B6B"/>
          <w:sz w:val="18"/>
        </w:rPr>
        <w:t>Составлено в СметаПросто · smetaprosto.ru</w:t>
      </w:r>
    </w:p>
    <w:sectPr w:rsidR="00FC693F" w:rsidRPr="0006063C" w:rsidSect="00034616">
      <w:pgSz w:w="11906" w:h="16838"/>
      <w:pgMar w:top="680" w:right="850" w:bottom="68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